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A1A1A"/>
          <w:sz w:val="44"/>
        </w:rPr>
        <w:t>Insurance Request — [Your Full Name]</w:t>
      </w:r>
    </w:p>
    <w:p>
      <w:r>
        <w:rPr>
          <w:i/>
          <w:color w:val="5B5B5B"/>
          <w:sz w:val="19"/>
        </w:rPr>
        <w:t>Reshopr template. Fill in the blanks below (delete the bracketed hints), save the file, then upload it at reshopr.com/app — or just fill in the same info on the website directly. Leave anything blank if you're not sure; Reshopr will ask you to confirm before it sends anything.</w:t>
      </w:r>
    </w:p>
    <w:p>
      <w:r>
        <w:rPr>
          <w:i/>
          <w:color w:val="5B5B5B"/>
          <w:sz w:val="19"/>
        </w:rPr>
        <w:t>Reshopr only emails the specific agents you list below — never a purchased list, and your information is never sold or shared.</w:t>
      </w:r>
    </w:p>
    <w:p>
      <w:r>
        <w:rPr>
          <w:b/>
          <w:color w:val="C8401A"/>
          <w:sz w:val="28"/>
        </w:rPr>
        <w:t>Contacts</w:t>
      </w:r>
    </w:p>
    <w:p>
      <w:r>
        <w:rPr>
          <w:i/>
          <w:color w:val="5B5B5B"/>
          <w:sz w:val="19"/>
        </w:rPr>
        <w:t>List the insurance agents/carriers you want quotes from, one per line: the carrier name, a colon, then the agent's email address.</w:t>
      </w:r>
    </w:p>
    <w:p>
      <w:r>
        <w:t>[Carrier name]: [agent email]</w:t>
      </w:r>
    </w:p>
    <w:p>
      <w:r>
        <w:t>[Carrier name]: [agent email]</w:t>
      </w:r>
    </w:p>
    <w:p>
      <w:r>
        <w:t>[Carrier name]: [agent email]</w:t>
      </w:r>
    </w:p>
    <w:p>
      <w:r>
        <w:rPr>
          <w:b/>
          <w:color w:val="C8401A"/>
          <w:sz w:val="28"/>
        </w:rPr>
        <w:t>Personal Info</w:t>
      </w:r>
    </w:p>
    <w:p>
      <w:r>
        <w:rPr>
          <w:b/>
        </w:rPr>
        <w:t xml:space="preserve">Date of birth: </w:t>
      </w:r>
      <w:r>
        <w:t>MM/DD/YYYY</w:t>
      </w:r>
    </w:p>
    <w:p>
      <w:r>
        <w:rPr>
          <w:b/>
        </w:rPr>
        <w:t xml:space="preserve">Driver's license number: </w:t>
      </w:r>
      <w:r>
        <w:t>-----------------------</w:t>
      </w:r>
    </w:p>
    <w:p>
      <w:r>
        <w:rPr>
          <w:b/>
        </w:rPr>
        <w:t xml:space="preserve">Level of education completed: </w:t>
      </w:r>
      <w:r>
        <w:t>-----------------------</w:t>
      </w:r>
    </w:p>
    <w:p>
      <w:r>
        <w:rPr>
          <w:b/>
        </w:rPr>
        <w:t xml:space="preserve">Current occupation: </w:t>
      </w:r>
      <w:r>
        <w:t>-----------------------</w:t>
      </w:r>
    </w:p>
    <w:p>
      <w:r>
        <w:rPr>
          <w:b/>
        </w:rPr>
        <w:t xml:space="preserve">Length of time continuously insured with the current carrier: </w:t>
      </w:r>
      <w:r>
        <w:t>-----------------------</w:t>
      </w:r>
    </w:p>
    <w:p>
      <w:r>
        <w:rPr>
          <w:b/>
          <w:color w:val="C8401A"/>
          <w:sz w:val="28"/>
        </w:rPr>
        <w:t>Auto Info</w:t>
      </w:r>
    </w:p>
    <w:p>
      <w:r>
        <w:rPr>
          <w:b/>
        </w:rPr>
        <w:t xml:space="preserve">Vehicle (year, make &amp; model): </w:t>
      </w:r>
      <w:r>
        <w:t>-----------------------</w:t>
      </w:r>
    </w:p>
    <w:p>
      <w:r>
        <w:rPr>
          <w:b/>
        </w:rPr>
        <w:t xml:space="preserve">VIN: </w:t>
      </w:r>
      <w:r>
        <w:t>-----------------------</w:t>
      </w:r>
    </w:p>
    <w:p>
      <w:r>
        <w:rPr>
          <w:i/>
          <w:color w:val="5B5B5B"/>
          <w:sz w:val="19"/>
        </w:rPr>
        <w:t>Used for commute or pleasure?</w:t>
      </w:r>
    </w:p>
    <w:p>
      <w:r>
        <w:t>[Commute / Pleasure / Both — describe briefly]</w:t>
      </w:r>
    </w:p>
    <w:p>
      <w:r>
        <w:rPr>
          <w:b/>
        </w:rPr>
        <w:t xml:space="preserve">Average annual mileage: </w:t>
      </w:r>
      <w:r>
        <w:t>-----------------------</w:t>
      </w:r>
    </w:p>
    <w:p>
      <w:r>
        <w:rPr>
          <w:b/>
          <w:sz w:val="24"/>
        </w:rPr>
        <w:t>Automobile Current Policy</w:t>
      </w:r>
    </w:p>
    <w:p>
      <w:r>
        <w:rPr>
          <w:b/>
        </w:rPr>
        <w:t xml:space="preserve">Automobile Current Policy ID: </w:t>
      </w:r>
      <w:r>
        <w:t>-----------------------</w:t>
      </w:r>
    </w:p>
    <w:p>
      <w:r>
        <w:rPr>
          <w:b/>
        </w:rPr>
        <w:t xml:space="preserve">Current auto carrier: </w:t>
      </w:r>
      <w:r>
        <w:t>-----------------------</w:t>
      </w:r>
    </w:p>
    <w:p>
      <w:r>
        <w:rPr>
          <w:b/>
        </w:rPr>
        <w:t xml:space="preserve">Current auto premium: </w:t>
      </w:r>
      <w:r>
        <w:t>$_______ per 6 months  (or per month / per year — say which)</w:t>
      </w:r>
    </w:p>
    <w:p>
      <w:r>
        <w:rPr>
          <w:b/>
          <w:color w:val="C8401A"/>
          <w:sz w:val="28"/>
        </w:rPr>
        <w:t>Home Info</w:t>
      </w:r>
    </w:p>
    <w:p>
      <w:r>
        <w:rPr>
          <w:b/>
        </w:rPr>
        <w:t xml:space="preserve">Property address: </w:t>
      </w:r>
      <w:r>
        <w:t>Street, City, State ZIP</w:t>
      </w:r>
    </w:p>
    <w:p>
      <w:r>
        <w:rPr>
          <w:b/>
        </w:rPr>
        <w:t xml:space="preserve">Square footage: </w:t>
      </w:r>
      <w:r>
        <w:t>-----------------------</w:t>
      </w:r>
    </w:p>
    <w:p>
      <w:r>
        <w:rPr>
          <w:b/>
        </w:rPr>
        <w:t xml:space="preserve">Age of roof: </w:t>
      </w:r>
      <w:r>
        <w:t>year installed or replaced</w:t>
      </w:r>
    </w:p>
    <w:p>
      <w:r>
        <w:rPr>
          <w:b/>
        </w:rPr>
        <w:t xml:space="preserve">Age of HVAC system: </w:t>
      </w:r>
      <w:r>
        <w:t>year installed</w:t>
      </w:r>
    </w:p>
    <w:p>
      <w:r>
        <w:rPr>
          <w:b/>
        </w:rPr>
        <w:t xml:space="preserve">Age of water heater: </w:t>
      </w:r>
      <w:r>
        <w:t>year installed</w:t>
      </w:r>
    </w:p>
    <w:p>
      <w:r>
        <w:rPr>
          <w:b/>
        </w:rPr>
        <w:t xml:space="preserve">Any animals in the home?: </w:t>
      </w:r>
      <w:r>
        <w:t>Yes / No</w:t>
      </w:r>
    </w:p>
    <w:p>
      <w:r>
        <w:rPr>
          <w:b/>
        </w:rPr>
        <w:t xml:space="preserve">Pool?: </w:t>
      </w:r>
      <w:r>
        <w:t>Yes / No</w:t>
      </w:r>
    </w:p>
    <w:p>
      <w:r>
        <w:rPr>
          <w:b/>
        </w:rPr>
        <w:t xml:space="preserve">Solar panels?: </w:t>
      </w:r>
      <w:r>
        <w:t>Yes / No</w:t>
      </w:r>
    </w:p>
    <w:p>
      <w:r>
        <w:rPr>
          <w:b/>
        </w:rPr>
        <w:t xml:space="preserve">Alarm system, monitored or not: </w:t>
      </w:r>
      <w:r>
        <w:t>Yes, monitored / Yes, not monitored / No</w:t>
      </w:r>
    </w:p>
    <w:p>
      <w:r>
        <w:rPr>
          <w:b/>
          <w:sz w:val="24"/>
        </w:rPr>
        <w:t>Homeowner Current Policy</w:t>
      </w:r>
    </w:p>
    <w:p>
      <w:r>
        <w:rPr>
          <w:b/>
        </w:rPr>
        <w:t xml:space="preserve">Homeowner Current Policy ID: </w:t>
      </w:r>
      <w:r>
        <w:t>-----------------------</w:t>
      </w:r>
    </w:p>
    <w:p>
      <w:r>
        <w:rPr>
          <w:b/>
        </w:rPr>
        <w:t xml:space="preserve">Current home carrier: </w:t>
      </w:r>
      <w:r>
        <w:t>-----------------------</w:t>
      </w:r>
    </w:p>
    <w:p>
      <w:r>
        <w:rPr>
          <w:b/>
        </w:rPr>
        <w:t xml:space="preserve">Current home premium: </w:t>
      </w:r>
      <w:r>
        <w:t>$_______ per year</w:t>
      </w:r>
    </w:p>
    <w:p>
      <w:r>
        <w:rPr>
          <w:b/>
          <w:color w:val="C8401A"/>
          <w:sz w:val="28"/>
        </w:rPr>
        <w:t>Desired Coverage</w:t>
      </w:r>
    </w:p>
    <w:p>
      <w:r>
        <w:rPr>
          <w:b/>
          <w:sz w:val="24"/>
        </w:rPr>
        <w:t>Desired Home Coverage</w:t>
      </w:r>
    </w:p>
    <w:p>
      <w:r>
        <w:rPr>
          <w:b/>
        </w:rPr>
        <w:t xml:space="preserve">Dwelling Protection: </w:t>
      </w:r>
      <w:r>
        <w:t>$_______</w:t>
      </w:r>
    </w:p>
    <w:p>
      <w:r>
        <w:rPr>
          <w:b/>
        </w:rPr>
        <w:t xml:space="preserve">Personal Property: </w:t>
      </w:r>
      <w:r>
        <w:t>$_______</w:t>
      </w:r>
    </w:p>
    <w:p>
      <w:r>
        <w:rPr>
          <w:b/>
        </w:rPr>
        <w:t xml:space="preserve">Family/Personal Liability Protection: </w:t>
      </w:r>
      <w:r>
        <w:t>$_______ per occurrence</w:t>
      </w:r>
    </w:p>
    <w:p>
      <w:r>
        <w:rPr>
          <w:b/>
        </w:rPr>
        <w:t xml:space="preserve">Deductible — All Other Perils: </w:t>
      </w:r>
      <w:r>
        <w:t>$_______</w:t>
      </w:r>
    </w:p>
    <w:p>
      <w:r>
        <w:rPr>
          <w:b/>
        </w:rPr>
        <w:t xml:space="preserve">Deductible — Windstorm and Hail: </w:t>
      </w:r>
      <w:r>
        <w:t>$_______</w:t>
      </w:r>
    </w:p>
    <w:p>
      <w:r>
        <w:rPr>
          <w:b/>
          <w:sz w:val="24"/>
        </w:rPr>
        <w:t>Desired Auto Coverage</w:t>
      </w:r>
    </w:p>
    <w:p>
      <w:r>
        <w:rPr>
          <w:b/>
        </w:rPr>
        <w:t xml:space="preserve">Liability Bodily Injury: </w:t>
      </w:r>
      <w:r>
        <w:t>$_______ per person / $_______ per accident</w:t>
      </w:r>
    </w:p>
    <w:p>
      <w:r>
        <w:rPr>
          <w:b/>
        </w:rPr>
        <w:t xml:space="preserve">Liability Property Damage: </w:t>
      </w:r>
      <w:r>
        <w:t>$_______ per accident</w:t>
      </w:r>
    </w:p>
    <w:p>
      <w:r>
        <w:rPr>
          <w:b/>
        </w:rPr>
        <w:t xml:space="preserve">Personal Injury Protection (PIP): </w:t>
      </w:r>
      <w:r>
        <w:t>$_______</w:t>
      </w:r>
    </w:p>
    <w:p>
      <w:r>
        <w:rPr>
          <w:b/>
        </w:rPr>
        <w:t xml:space="preserve">Uninsured/Underinsured Bodily Injury: </w:t>
      </w:r>
      <w:r>
        <w:t>$_______ per person / $_______ per accident</w:t>
      </w:r>
    </w:p>
    <w:p>
      <w:r>
        <w:rPr>
          <w:b/>
        </w:rPr>
        <w:t xml:space="preserve">Deductible — Comprehensive: </w:t>
      </w:r>
      <w:r>
        <w:t>$_______</w:t>
      </w:r>
    </w:p>
    <w:p>
      <w:r>
        <w:rPr>
          <w:b/>
        </w:rPr>
        <w:t xml:space="preserve">Deductible — Collision: </w:t>
      </w:r>
      <w:r>
        <w:t>$_______</w:t>
      </w:r>
    </w:p>
    <w:p>
      <w:r>
        <w:rPr>
          <w:i/>
          <w:color w:val="5B5B5B"/>
          <w:sz w:val="19"/>
        </w:rPr>
        <w:br/>
        <w:t>That's everything Reshopr looks for. Anything left blank just means Reshopr will ask you to fill it in on the website before it drafts any quote requests — nothing gets sent without your review.</w:t>
      </w:r>
    </w:p>
    <w:sectPr w:rsidR="00FC693F" w:rsidRPr="0006063C" w:rsidSect="00034616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8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